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4ABC3" w14:textId="77777777" w:rsidR="00163666" w:rsidRDefault="00000000">
      <w:pPr>
        <w:pStyle w:val="Heading1"/>
      </w:pPr>
      <w:r>
        <w:t>Cambridge IGCSE Business Studies 0450/11</w:t>
      </w:r>
    </w:p>
    <w:p w14:paraId="0CEE40AB" w14:textId="77777777" w:rsidR="00163666" w:rsidRDefault="00000000">
      <w:r>
        <w:t>Paper 1 – Business Activity</w:t>
      </w:r>
      <w:r>
        <w:br/>
        <w:t>Time: 1 hour 30 minutes</w:t>
      </w:r>
      <w:r>
        <w:br/>
        <w:t>Answer all questions.</w:t>
      </w:r>
      <w:r>
        <w:br/>
      </w:r>
    </w:p>
    <w:p w14:paraId="2B339818" w14:textId="77777777" w:rsidR="00163666" w:rsidRDefault="00000000">
      <w:r>
        <w:t>1 (a) Define ‘business partnership’. [2]</w:t>
      </w:r>
    </w:p>
    <w:p w14:paraId="755E9E7E" w14:textId="77777777" w:rsidR="00163666" w:rsidRDefault="00000000">
      <w:r>
        <w:t>________________________________________________________________________________________________________</w:t>
      </w:r>
    </w:p>
    <w:p w14:paraId="49F33671" w14:textId="77777777" w:rsidR="00163666" w:rsidRDefault="00000000">
      <w:r>
        <w:t>________________________________________________________________________________________________________</w:t>
      </w:r>
    </w:p>
    <w:p w14:paraId="127C71D5" w14:textId="77777777" w:rsidR="00163666" w:rsidRDefault="00000000">
      <w:r>
        <w:t>________________________________________________________________________________________________________</w:t>
      </w:r>
    </w:p>
    <w:p w14:paraId="4B27B79E" w14:textId="77777777" w:rsidR="00163666" w:rsidRDefault="00000000">
      <w:r>
        <w:t>________________________________________________________________________________________________________</w:t>
      </w:r>
    </w:p>
    <w:p w14:paraId="4DBC0DED" w14:textId="77777777" w:rsidR="00163666" w:rsidRDefault="00000000">
      <w:r>
        <w:t>________________________________________________________________________________________________________</w:t>
      </w:r>
    </w:p>
    <w:p w14:paraId="426F1BA8" w14:textId="77777777" w:rsidR="00163666" w:rsidRDefault="00000000">
      <w:r>
        <w:t>1 (b) Define ‘batch production’. [2]</w:t>
      </w:r>
    </w:p>
    <w:p w14:paraId="3B84DEB6" w14:textId="77777777" w:rsidR="00163666" w:rsidRDefault="00000000">
      <w:r>
        <w:t>________________________________________________________________________________________________________</w:t>
      </w:r>
    </w:p>
    <w:p w14:paraId="7360CE6C" w14:textId="77777777" w:rsidR="00163666" w:rsidRDefault="00000000">
      <w:r>
        <w:t>________________________________________________________________________________________________________</w:t>
      </w:r>
    </w:p>
    <w:p w14:paraId="63DBEB0F" w14:textId="77777777" w:rsidR="00163666" w:rsidRDefault="00000000">
      <w:r>
        <w:t>________________________________________________________________________________________________________</w:t>
      </w:r>
    </w:p>
    <w:p w14:paraId="06D598F6" w14:textId="77777777" w:rsidR="00163666" w:rsidRDefault="00000000">
      <w:r>
        <w:t>________________________________________________________________________________________________________</w:t>
      </w:r>
    </w:p>
    <w:p w14:paraId="4B59C82B" w14:textId="77777777" w:rsidR="00163666" w:rsidRDefault="00000000">
      <w:r>
        <w:t>________________________________________________________________________________________________________</w:t>
      </w:r>
    </w:p>
    <w:p w14:paraId="4E60F94E" w14:textId="77777777" w:rsidR="00163666" w:rsidRDefault="00000000">
      <w:r>
        <w:t>1 (c) Identify two stages (other than development) of the product life cycle. [2]</w:t>
      </w:r>
    </w:p>
    <w:p w14:paraId="7948FD73" w14:textId="77777777" w:rsidR="00163666" w:rsidRDefault="00000000">
      <w:r>
        <w:t>________________________________________________________________________________________________________</w:t>
      </w:r>
    </w:p>
    <w:p w14:paraId="00301600" w14:textId="77777777" w:rsidR="00163666" w:rsidRDefault="00000000">
      <w:r>
        <w:t>________________________________________________________________________________________________________</w:t>
      </w:r>
    </w:p>
    <w:p w14:paraId="4FC89CCB" w14:textId="77777777" w:rsidR="00163666" w:rsidRDefault="00000000">
      <w:r>
        <w:t>________________________________________________________________________________________________________</w:t>
      </w:r>
    </w:p>
    <w:p w14:paraId="5E340AB0" w14:textId="77777777" w:rsidR="00163666" w:rsidRDefault="00000000">
      <w:r>
        <w:t>________________________________________________________________________________________________________</w:t>
      </w:r>
    </w:p>
    <w:p w14:paraId="0D8ADC3B" w14:textId="77777777" w:rsidR="00163666" w:rsidRDefault="00000000">
      <w:r>
        <w:t>________________________________________________________________________________________________________</w:t>
      </w:r>
    </w:p>
    <w:p w14:paraId="232F7231" w14:textId="77777777" w:rsidR="00163666" w:rsidRDefault="00000000">
      <w:r>
        <w:t>1 (d) Explain two ways a business could increase added value. [6]</w:t>
      </w:r>
    </w:p>
    <w:p w14:paraId="6E3C8276" w14:textId="77777777" w:rsidR="00163666" w:rsidRDefault="00000000">
      <w:r>
        <w:t>________________________________________________________________________________________________________</w:t>
      </w:r>
    </w:p>
    <w:p w14:paraId="2265DFB5" w14:textId="77777777" w:rsidR="00163666" w:rsidRDefault="00000000">
      <w:r>
        <w:t>________________________________________________________________________________________________________</w:t>
      </w:r>
    </w:p>
    <w:p w14:paraId="3943D987" w14:textId="77777777" w:rsidR="00163666" w:rsidRDefault="00000000">
      <w:r>
        <w:t>________________________________________________________________________________________________________</w:t>
      </w:r>
    </w:p>
    <w:p w14:paraId="5B9D4BBF" w14:textId="77777777" w:rsidR="00163666" w:rsidRDefault="00000000">
      <w:r>
        <w:lastRenderedPageBreak/>
        <w:t>1 (e) Do you think the advantages of using retained profits to fund business expansion are greater than the disadvantages? Justify your answer. [6]</w:t>
      </w:r>
    </w:p>
    <w:p w14:paraId="3C6FD5F9" w14:textId="77777777" w:rsidR="00163666" w:rsidRDefault="00000000">
      <w:r>
        <w:t>________________________________________________________________________________________________________</w:t>
      </w:r>
    </w:p>
    <w:p w14:paraId="29708767" w14:textId="77777777" w:rsidR="00163666" w:rsidRDefault="00000000">
      <w:r>
        <w:t>________________________________________________________________________________________________________</w:t>
      </w:r>
    </w:p>
    <w:p w14:paraId="5D073B01" w14:textId="77777777" w:rsidR="00163666" w:rsidRDefault="00000000">
      <w:r>
        <w:t>________________________________________________________________________________________________________</w:t>
      </w:r>
    </w:p>
    <w:p w14:paraId="796F853A" w14:textId="77777777" w:rsidR="00163666" w:rsidRDefault="00000000">
      <w:r>
        <w:t>________________________________________________________________________________________________________</w:t>
      </w:r>
    </w:p>
    <w:p w14:paraId="4657098A" w14:textId="77777777" w:rsidR="00163666" w:rsidRDefault="00000000">
      <w:r>
        <w:t>________________________________________________________________________________________________________</w:t>
      </w:r>
    </w:p>
    <w:p w14:paraId="1415DC8F" w14:textId="77777777" w:rsidR="00163666" w:rsidRDefault="00000000">
      <w:r>
        <w:t>2 (a) Identify two expenses a business might have. [2]</w:t>
      </w:r>
    </w:p>
    <w:p w14:paraId="25BB233B" w14:textId="77777777" w:rsidR="00163666" w:rsidRDefault="00000000">
      <w:r>
        <w:t>________________________________________________________________________________________________________</w:t>
      </w:r>
    </w:p>
    <w:p w14:paraId="17435AA3" w14:textId="77777777" w:rsidR="00163666" w:rsidRDefault="00000000">
      <w:r>
        <w:t>________________________________________________________________________________________________________</w:t>
      </w:r>
    </w:p>
    <w:p w14:paraId="0DF8EEA4" w14:textId="77777777" w:rsidR="00163666" w:rsidRDefault="00000000">
      <w:r>
        <w:t>________________________________________________________________________________________________________</w:t>
      </w:r>
    </w:p>
    <w:p w14:paraId="21E7D1BC" w14:textId="77777777" w:rsidR="00163666" w:rsidRDefault="00000000">
      <w:r>
        <w:t>________________________________________________________________________________________________________</w:t>
      </w:r>
    </w:p>
    <w:p w14:paraId="5565F010" w14:textId="77777777" w:rsidR="00163666" w:rsidRDefault="00000000">
      <w:r>
        <w:t>________________________________________________________________________________________________________</w:t>
      </w:r>
    </w:p>
    <w:p w14:paraId="42B77CB0" w14:textId="77777777" w:rsidR="00163666" w:rsidRDefault="00000000">
      <w:r>
        <w:t>2 (b) Outline two possible reasons why a business’s gross profit might be decreasing. [4]</w:t>
      </w:r>
    </w:p>
    <w:p w14:paraId="143754D7" w14:textId="77777777" w:rsidR="00163666" w:rsidRDefault="00000000">
      <w:r>
        <w:t>________________________________________________________________________________________________________</w:t>
      </w:r>
    </w:p>
    <w:p w14:paraId="29BE7AF9" w14:textId="77777777" w:rsidR="00163666" w:rsidRDefault="00000000">
      <w:r>
        <w:t>________________________________________________________________________________________________________</w:t>
      </w:r>
    </w:p>
    <w:p w14:paraId="0B806526" w14:textId="77777777" w:rsidR="00163666" w:rsidRDefault="00000000">
      <w:r>
        <w:t>________________________________________________________________________________________________________</w:t>
      </w:r>
    </w:p>
    <w:p w14:paraId="57B5093E" w14:textId="77777777" w:rsidR="00163666" w:rsidRDefault="00000000">
      <w:r>
        <w:t>________________________________________________________________________________________________________</w:t>
      </w:r>
    </w:p>
    <w:p w14:paraId="57307054" w14:textId="77777777" w:rsidR="00163666" w:rsidRDefault="00000000">
      <w:r>
        <w:t>________________________________________________________________________________________________________</w:t>
      </w:r>
    </w:p>
    <w:p w14:paraId="78523A6D" w14:textId="77777777" w:rsidR="00163666" w:rsidRDefault="00000000">
      <w:r>
        <w:t>2 (c) Identify four reasons why a cash flow forecast might be useful to a business. [4]</w:t>
      </w:r>
    </w:p>
    <w:p w14:paraId="059867BB" w14:textId="77777777" w:rsidR="00163666" w:rsidRDefault="00000000">
      <w:r>
        <w:t>________________________________________________________________________________________________________</w:t>
      </w:r>
    </w:p>
    <w:p w14:paraId="42D0156D" w14:textId="77777777" w:rsidR="00163666" w:rsidRDefault="00000000">
      <w:r>
        <w:t>________________________________________________________________________________________________________</w:t>
      </w:r>
    </w:p>
    <w:p w14:paraId="43D2BBAE" w14:textId="77777777" w:rsidR="00163666" w:rsidRDefault="00000000">
      <w:r>
        <w:t>________________________________________________________________________________________________________</w:t>
      </w:r>
    </w:p>
    <w:p w14:paraId="0676EE30" w14:textId="77777777" w:rsidR="00163666" w:rsidRDefault="00000000">
      <w:r>
        <w:t>________________________________________________________________________________________________________</w:t>
      </w:r>
    </w:p>
    <w:p w14:paraId="56E0059F" w14:textId="77777777" w:rsidR="00163666" w:rsidRDefault="00000000">
      <w:r>
        <w:t>2 (d) Explain two benefits and two limitations of using cash flow forecasts. [6]</w:t>
      </w:r>
    </w:p>
    <w:p w14:paraId="6B4480EC" w14:textId="77777777" w:rsidR="00163666" w:rsidRDefault="00000000">
      <w:r>
        <w:t>________________________________________________________________________________________________________</w:t>
      </w:r>
    </w:p>
    <w:p w14:paraId="3E12C79C" w14:textId="77777777" w:rsidR="00163666" w:rsidRDefault="00000000">
      <w:r>
        <w:lastRenderedPageBreak/>
        <w:t>________________________________________________________________________________________________________</w:t>
      </w:r>
    </w:p>
    <w:p w14:paraId="71807878" w14:textId="77777777" w:rsidR="00163666" w:rsidRDefault="00000000">
      <w:r>
        <w:t>________________________________________________________________________________________________________</w:t>
      </w:r>
    </w:p>
    <w:p w14:paraId="689A9AC3" w14:textId="77777777" w:rsidR="00163666" w:rsidRDefault="00000000">
      <w:r>
        <w:t>________________________________________________________________________________________________________</w:t>
      </w:r>
    </w:p>
    <w:p w14:paraId="0E301EC2" w14:textId="77777777" w:rsidR="00163666" w:rsidRDefault="00000000">
      <w:r>
        <w:t>________________________________________________________________________________________________________</w:t>
      </w:r>
    </w:p>
    <w:p w14:paraId="6718ABE0" w14:textId="77777777" w:rsidR="00163666" w:rsidRDefault="00000000">
      <w:r>
        <w:t>2 (e) To what extent do you think cash flow forecasting is essential for small businesses? Justify your answer. [6]</w:t>
      </w:r>
    </w:p>
    <w:p w14:paraId="3886A171" w14:textId="77777777" w:rsidR="00163666" w:rsidRDefault="00000000">
      <w:r>
        <w:t>________________________________________________________________________________________________________</w:t>
      </w:r>
    </w:p>
    <w:p w14:paraId="1FEC4990" w14:textId="77777777" w:rsidR="00163666" w:rsidRDefault="00000000">
      <w:r>
        <w:t>________________________________________________________________________________________________________</w:t>
      </w:r>
    </w:p>
    <w:p w14:paraId="46CEE72A" w14:textId="77777777" w:rsidR="00163666" w:rsidRDefault="00000000">
      <w:r>
        <w:t>________________________________________________________________________________________________________</w:t>
      </w:r>
    </w:p>
    <w:p w14:paraId="0A870589" w14:textId="77777777" w:rsidR="00163666" w:rsidRDefault="00000000">
      <w:r>
        <w:t>________________________________________________________________________________________________________</w:t>
      </w:r>
    </w:p>
    <w:p w14:paraId="78EC12FC" w14:textId="77777777" w:rsidR="00163666" w:rsidRDefault="00000000">
      <w:r>
        <w:t>________________________________________________________________________________________________________</w:t>
      </w:r>
    </w:p>
    <w:sectPr w:rsidR="0016366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70392459">
    <w:abstractNumId w:val="8"/>
  </w:num>
  <w:num w:numId="2" w16cid:durableId="423189755">
    <w:abstractNumId w:val="6"/>
  </w:num>
  <w:num w:numId="3" w16cid:durableId="2053074542">
    <w:abstractNumId w:val="5"/>
  </w:num>
  <w:num w:numId="4" w16cid:durableId="468668621">
    <w:abstractNumId w:val="4"/>
  </w:num>
  <w:num w:numId="5" w16cid:durableId="1879656168">
    <w:abstractNumId w:val="7"/>
  </w:num>
  <w:num w:numId="6" w16cid:durableId="821308240">
    <w:abstractNumId w:val="3"/>
  </w:num>
  <w:num w:numId="7" w16cid:durableId="117380676">
    <w:abstractNumId w:val="2"/>
  </w:num>
  <w:num w:numId="8" w16cid:durableId="544146878">
    <w:abstractNumId w:val="1"/>
  </w:num>
  <w:num w:numId="9" w16cid:durableId="987436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63666"/>
    <w:rsid w:val="0029639D"/>
    <w:rsid w:val="00326F90"/>
    <w:rsid w:val="0042689F"/>
    <w:rsid w:val="008F2F7D"/>
    <w:rsid w:val="00A72B68"/>
    <w:rsid w:val="00AA1D8D"/>
    <w:rsid w:val="00B47730"/>
    <w:rsid w:val="00CB0664"/>
    <w:rsid w:val="00CE6622"/>
    <w:rsid w:val="00E129F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E35E58"/>
  <w14:defaultImageDpi w14:val="300"/>
  <w15:docId w15:val="{BF457C4D-1DF1-45F0-BD91-BCFC62307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873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5844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igcse dotnet</cp:lastModifiedBy>
  <cp:revision>2</cp:revision>
  <dcterms:created xsi:type="dcterms:W3CDTF">2025-09-16T18:36:00Z</dcterms:created>
  <dcterms:modified xsi:type="dcterms:W3CDTF">2025-09-16T18:36:00Z</dcterms:modified>
  <cp:category/>
</cp:coreProperties>
</file>