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73989" w14:textId="77777777" w:rsidR="00963568" w:rsidRDefault="00000000">
      <w:pPr>
        <w:jc w:val="center"/>
      </w:pPr>
      <w:r>
        <w:rPr>
          <w:b/>
          <w:sz w:val="24"/>
        </w:rPr>
        <w:t>IB Business Management (SL)</w:t>
      </w:r>
    </w:p>
    <w:p w14:paraId="0A5734F5" w14:textId="77777777" w:rsidR="00963568" w:rsidRDefault="00000000">
      <w:pPr>
        <w:jc w:val="center"/>
      </w:pPr>
      <w:r>
        <w:rPr>
          <w:b/>
          <w:sz w:val="24"/>
        </w:rPr>
        <w:t>Unit 1 – Introduction to Business Management – Question Paper</w:t>
      </w:r>
    </w:p>
    <w:p w14:paraId="4E975BF7" w14:textId="77777777" w:rsidR="00963568" w:rsidRDefault="00000000">
      <w:r>
        <w:t>Instructions: Answer all the questions. Write your answers clearly in the space provided.</w:t>
      </w:r>
    </w:p>
    <w:p w14:paraId="1FAFFF14" w14:textId="77777777" w:rsidR="00963568" w:rsidRDefault="00000000">
      <w:r>
        <w:t>Q1 [2 marks]</w:t>
      </w:r>
    </w:p>
    <w:p w14:paraId="3DD96EC5" w14:textId="77777777" w:rsidR="00963568" w:rsidRDefault="00000000">
      <w:r>
        <w:t>State two types of businesses, other than hotels, that operate in the tertiary sector.</w:t>
      </w:r>
    </w:p>
    <w:p w14:paraId="597B408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8664C8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792FC09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1CDBBE1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51728A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47F7B63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9AD744F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E53D16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094C93E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6F8EFD1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71509C7" w14:textId="77777777" w:rsidR="00963568" w:rsidRDefault="00963568"/>
    <w:p w14:paraId="7D250F53" w14:textId="77777777" w:rsidR="00963568" w:rsidRDefault="00000000">
      <w:r>
        <w:t>Q2 [2 marks]</w:t>
      </w:r>
    </w:p>
    <w:p w14:paraId="11C9E30F" w14:textId="77777777" w:rsidR="00963568" w:rsidRDefault="00000000">
      <w:r>
        <w:t>Define the term overdraft.</w:t>
      </w:r>
    </w:p>
    <w:p w14:paraId="09186C5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90076A2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1D3ED7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A497BB7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201C0FFF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F9E6E6B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2BFEF556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F169E75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1C9F3E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B9DBE8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DA22470" w14:textId="77777777" w:rsidR="00963568" w:rsidRDefault="00963568"/>
    <w:p w14:paraId="21E409A8" w14:textId="77777777" w:rsidR="00872355" w:rsidRDefault="00872355"/>
    <w:p w14:paraId="463A0DBC" w14:textId="77777777" w:rsidR="00872355" w:rsidRDefault="00872355"/>
    <w:p w14:paraId="3F83B07C" w14:textId="77777777" w:rsidR="00872355" w:rsidRDefault="00872355"/>
    <w:p w14:paraId="505CEB20" w14:textId="77777777" w:rsidR="00963568" w:rsidRDefault="00000000">
      <w:r>
        <w:lastRenderedPageBreak/>
        <w:t>Q3 [4 marks]</w:t>
      </w:r>
    </w:p>
    <w:p w14:paraId="17B51001" w14:textId="77777777" w:rsidR="00963568" w:rsidRDefault="00000000">
      <w:r>
        <w:t>Describe the two types of financial reward, other than wages and salaries, used by OWL.</w:t>
      </w:r>
    </w:p>
    <w:p w14:paraId="1833C6FD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15659C79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6308926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F0A63AD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C9EBAD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0729F86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85EB43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4348855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E5F035D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E10E27E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8CE0890" w14:textId="77777777" w:rsidR="00963568" w:rsidRDefault="00963568"/>
    <w:p w14:paraId="432B61D7" w14:textId="77777777" w:rsidR="00963568" w:rsidRDefault="00000000">
      <w:r>
        <w:t>Q4 [4 marks]</w:t>
      </w:r>
    </w:p>
    <w:p w14:paraId="725553AA" w14:textId="77777777" w:rsidR="00963568" w:rsidRDefault="00000000">
      <w:r>
        <w:t>Explain one advantage and one disadvantage for OWL of allowing managers to work flexi-time.</w:t>
      </w:r>
    </w:p>
    <w:p w14:paraId="4E77837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9FA4211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0C572F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1D88A67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B428A6D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2C55ED9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8D49035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DAD383E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9536715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1FA6723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F7761F2" w14:textId="77777777" w:rsidR="00963568" w:rsidRDefault="00963568"/>
    <w:p w14:paraId="082BD1AA" w14:textId="77777777" w:rsidR="00872355" w:rsidRDefault="00872355"/>
    <w:p w14:paraId="56FCCE75" w14:textId="77777777" w:rsidR="00872355" w:rsidRDefault="00872355"/>
    <w:p w14:paraId="1B65AC95" w14:textId="77777777" w:rsidR="00872355" w:rsidRDefault="00872355"/>
    <w:p w14:paraId="1183B9CD" w14:textId="77777777" w:rsidR="00872355" w:rsidRDefault="00872355"/>
    <w:p w14:paraId="74EE2405" w14:textId="77777777" w:rsidR="00872355" w:rsidRDefault="00872355"/>
    <w:p w14:paraId="75C42E01" w14:textId="77777777" w:rsidR="00872355" w:rsidRDefault="00872355"/>
    <w:p w14:paraId="31F557D5" w14:textId="77777777" w:rsidR="00963568" w:rsidRDefault="00000000">
      <w:r>
        <w:lastRenderedPageBreak/>
        <w:t>Q5 [2 marks]</w:t>
      </w:r>
    </w:p>
    <w:p w14:paraId="2C3754D5" w14:textId="77777777" w:rsidR="00963568" w:rsidRDefault="00000000">
      <w:r>
        <w:t>Explain one advantage for OWL of outsourcing the cleaning of its hotels.</w:t>
      </w:r>
    </w:p>
    <w:p w14:paraId="61BE29AC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7519176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F463DDF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4C0845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18A16F26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431B63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226F77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2BEFD07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2A1D4F55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1794227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3EB9693" w14:textId="77777777" w:rsidR="00963568" w:rsidRDefault="00963568"/>
    <w:p w14:paraId="5FFC7F62" w14:textId="77777777" w:rsidR="00963568" w:rsidRDefault="00000000">
      <w:r>
        <w:t>Q6 [6 marks]</w:t>
      </w:r>
    </w:p>
    <w:p w14:paraId="74AFC7B6" w14:textId="77777777" w:rsidR="00963568" w:rsidRDefault="00000000">
      <w:r>
        <w:t>Explain one way in which OWL is improving its corporate social responsibility (CSR) and two ways it is not.</w:t>
      </w:r>
    </w:p>
    <w:p w14:paraId="168D8DA7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F7FEEF2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9FEAB5A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A009C0C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46F580B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E91761C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2D6D016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9DB1E7D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62D6DFC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7E14ED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29995B8E" w14:textId="77777777" w:rsidR="00963568" w:rsidRDefault="00963568"/>
    <w:p w14:paraId="01A27764" w14:textId="77777777" w:rsidR="00872355" w:rsidRDefault="00872355"/>
    <w:p w14:paraId="1567D4F2" w14:textId="77777777" w:rsidR="00872355" w:rsidRDefault="00872355"/>
    <w:p w14:paraId="6398D17D" w14:textId="77777777" w:rsidR="00872355" w:rsidRDefault="00872355"/>
    <w:p w14:paraId="1C6C269A" w14:textId="77777777" w:rsidR="00872355" w:rsidRDefault="00872355"/>
    <w:p w14:paraId="4C4A4320" w14:textId="77777777" w:rsidR="00872355" w:rsidRDefault="00872355"/>
    <w:p w14:paraId="6DD8CDB8" w14:textId="77777777" w:rsidR="00872355" w:rsidRDefault="00872355"/>
    <w:p w14:paraId="7B5A0FD4" w14:textId="77777777" w:rsidR="00963568" w:rsidRDefault="00000000">
      <w:r>
        <w:lastRenderedPageBreak/>
        <w:t>Q7 [10 marks]</w:t>
      </w:r>
    </w:p>
    <w:p w14:paraId="491E2F87" w14:textId="77777777" w:rsidR="00963568" w:rsidRDefault="00000000">
      <w:r>
        <w:t>Discuss whether OWL should change all of its hotels to operate using the all-inclusive model.</w:t>
      </w:r>
    </w:p>
    <w:p w14:paraId="26121D1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1FF2ED66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58A271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00975D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5F9A711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58B36B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8BE7713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DEAEC0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86D46AC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33CF9A4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6541FB84" w14:textId="77777777" w:rsidR="00963568" w:rsidRDefault="00963568"/>
    <w:p w14:paraId="2F5AE938" w14:textId="77777777" w:rsidR="00963568" w:rsidRDefault="00000000">
      <w:r>
        <w:t>Q8 [10 marks]</w:t>
      </w:r>
    </w:p>
    <w:p w14:paraId="4DB1E342" w14:textId="77777777" w:rsidR="00963568" w:rsidRDefault="00000000">
      <w:r>
        <w:t>Recommend to OWL’s board of directors whether they should open a theme park.</w:t>
      </w:r>
    </w:p>
    <w:p w14:paraId="3C68339E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49109AC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B2CB3B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CF78871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F3A0E6D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414827FD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0832FE30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274E32C8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7DFEF719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395A6F1F" w14:textId="77777777" w:rsidR="00963568" w:rsidRDefault="00000000">
      <w:pPr>
        <w:spacing w:after="40"/>
      </w:pPr>
      <w:r>
        <w:t>_________________________________________________________________________________________________________</w:t>
      </w:r>
    </w:p>
    <w:p w14:paraId="5D65C79C" w14:textId="77777777" w:rsidR="00963568" w:rsidRDefault="00963568"/>
    <w:sectPr w:rsidR="0096356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33574431">
    <w:abstractNumId w:val="8"/>
  </w:num>
  <w:num w:numId="2" w16cid:durableId="1110202636">
    <w:abstractNumId w:val="6"/>
  </w:num>
  <w:num w:numId="3" w16cid:durableId="381372750">
    <w:abstractNumId w:val="5"/>
  </w:num>
  <w:num w:numId="4" w16cid:durableId="466512154">
    <w:abstractNumId w:val="4"/>
  </w:num>
  <w:num w:numId="5" w16cid:durableId="538787043">
    <w:abstractNumId w:val="7"/>
  </w:num>
  <w:num w:numId="6" w16cid:durableId="1871333316">
    <w:abstractNumId w:val="3"/>
  </w:num>
  <w:num w:numId="7" w16cid:durableId="135031895">
    <w:abstractNumId w:val="2"/>
  </w:num>
  <w:num w:numId="8" w16cid:durableId="142352049">
    <w:abstractNumId w:val="1"/>
  </w:num>
  <w:num w:numId="9" w16cid:durableId="442774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52AC0"/>
    <w:rsid w:val="00872355"/>
    <w:rsid w:val="00963568"/>
    <w:rsid w:val="00AA1D8D"/>
    <w:rsid w:val="00B47730"/>
    <w:rsid w:val="00CB0664"/>
    <w:rsid w:val="00F368D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478443"/>
  <w14:defaultImageDpi w14:val="300"/>
  <w15:docId w15:val="{19F97F50-3A18-42D8-A1C1-AD3BBB398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1408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9417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igcse dotnet</cp:lastModifiedBy>
  <cp:revision>2</cp:revision>
  <dcterms:created xsi:type="dcterms:W3CDTF">2025-10-16T17:31:00Z</dcterms:created>
  <dcterms:modified xsi:type="dcterms:W3CDTF">2025-10-16T17:31:00Z</dcterms:modified>
  <cp:category/>
</cp:coreProperties>
</file>